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5A2BE" w14:textId="77777777" w:rsidR="00F76A87" w:rsidRPr="00BA65A1" w:rsidRDefault="00F76A87" w:rsidP="00BA65A1">
      <w:pPr>
        <w:spacing w:after="0"/>
        <w:jc w:val="center"/>
        <w:rPr>
          <w:rFonts w:asciiTheme="majorHAnsi" w:hAnsiTheme="majorHAnsi" w:cstheme="majorHAnsi"/>
          <w:b/>
          <w:bCs/>
          <w:sz w:val="32"/>
          <w:szCs w:val="32"/>
        </w:rPr>
      </w:pPr>
      <w:r w:rsidRPr="00BA65A1">
        <w:rPr>
          <w:rFonts w:asciiTheme="majorHAnsi" w:hAnsiTheme="majorHAnsi" w:cstheme="majorHAnsi"/>
          <w:b/>
          <w:bCs/>
          <w:sz w:val="32"/>
          <w:szCs w:val="32"/>
        </w:rPr>
        <w:t>RAZPIS ZA 6. TEKMO DRŽAVNEGA PRVENSTVA ČLANOV</w:t>
      </w:r>
    </w:p>
    <w:p w14:paraId="69B0F5DD" w14:textId="77777777" w:rsidR="00F76A87" w:rsidRPr="00BA65A1" w:rsidRDefault="00F76A87" w:rsidP="00BA65A1">
      <w:pPr>
        <w:spacing w:after="0"/>
        <w:jc w:val="center"/>
        <w:rPr>
          <w:rFonts w:asciiTheme="majorHAnsi" w:hAnsiTheme="majorHAnsi" w:cstheme="majorHAnsi"/>
          <w:sz w:val="32"/>
          <w:szCs w:val="32"/>
        </w:rPr>
      </w:pPr>
      <w:r w:rsidRPr="00BA65A1">
        <w:rPr>
          <w:rFonts w:asciiTheme="majorHAnsi" w:hAnsiTheme="majorHAnsi" w:cstheme="majorHAnsi"/>
          <w:sz w:val="32"/>
          <w:szCs w:val="32"/>
        </w:rPr>
        <w:t>v lovu rib z umetno muho</w:t>
      </w:r>
    </w:p>
    <w:p w14:paraId="13243BBC" w14:textId="77777777" w:rsidR="00BA65A1" w:rsidRDefault="00BA65A1" w:rsidP="00F76A87">
      <w:pPr>
        <w:rPr>
          <w:rFonts w:asciiTheme="majorHAnsi" w:hAnsiTheme="majorHAnsi" w:cstheme="majorHAnsi"/>
          <w:b/>
          <w:bCs/>
          <w:sz w:val="24"/>
          <w:szCs w:val="24"/>
        </w:rPr>
      </w:pPr>
    </w:p>
    <w:p w14:paraId="44D50AE2" w14:textId="3BC51786"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Organizator: Ribiška družina Tolmin</w:t>
      </w:r>
      <w:r w:rsidRPr="00F76A87">
        <w:rPr>
          <w:rFonts w:asciiTheme="majorHAnsi" w:hAnsiTheme="majorHAnsi" w:cstheme="majorHAnsi"/>
          <w:sz w:val="24"/>
          <w:szCs w:val="24"/>
        </w:rPr>
        <w:br/>
      </w:r>
      <w:r w:rsidRPr="00F76A87">
        <w:rPr>
          <w:rFonts w:asciiTheme="majorHAnsi" w:hAnsiTheme="majorHAnsi" w:cstheme="majorHAnsi"/>
          <w:b/>
          <w:bCs/>
          <w:sz w:val="24"/>
          <w:szCs w:val="24"/>
        </w:rPr>
        <w:t>Nedelja, 27. september 2026 – Most na Soči</w:t>
      </w:r>
    </w:p>
    <w:p w14:paraId="3C0F53A6" w14:textId="77777777" w:rsidR="00F76A87" w:rsidRPr="00F76A87" w:rsidRDefault="00000000" w:rsidP="00F76A87">
      <w:pPr>
        <w:rPr>
          <w:rFonts w:asciiTheme="majorHAnsi" w:hAnsiTheme="majorHAnsi" w:cstheme="majorHAnsi"/>
          <w:sz w:val="24"/>
          <w:szCs w:val="24"/>
        </w:rPr>
      </w:pPr>
      <w:r>
        <w:rPr>
          <w:rFonts w:asciiTheme="majorHAnsi" w:hAnsiTheme="majorHAnsi" w:cstheme="majorHAnsi"/>
          <w:sz w:val="24"/>
          <w:szCs w:val="24"/>
        </w:rPr>
        <w:pict w14:anchorId="681D7ED7">
          <v:rect id="_x0000_i1025" style="width:0;height:1.5pt" o:hralign="center" o:hrstd="t" o:hr="t" fillcolor="#a0a0a0" stroked="f"/>
        </w:pict>
      </w:r>
    </w:p>
    <w:p w14:paraId="3308CF16"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SPLOŠNO</w:t>
      </w:r>
    </w:p>
    <w:p w14:paraId="73FD5947"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 xml:space="preserve">Muharska tekmovalna podkomisija (MTP) razpisuje </w:t>
      </w:r>
      <w:r w:rsidRPr="00F76A87">
        <w:rPr>
          <w:rFonts w:asciiTheme="majorHAnsi" w:hAnsiTheme="majorHAnsi" w:cstheme="majorHAnsi"/>
          <w:b/>
          <w:bCs/>
          <w:sz w:val="24"/>
          <w:szCs w:val="24"/>
        </w:rPr>
        <w:t>6. tekmo državnega prvenstva članov v lovu rib z umetno muho</w:t>
      </w:r>
      <w:r w:rsidRPr="00F76A87">
        <w:rPr>
          <w:rFonts w:asciiTheme="majorHAnsi" w:hAnsiTheme="majorHAnsi" w:cstheme="majorHAnsi"/>
          <w:sz w:val="24"/>
          <w:szCs w:val="24"/>
        </w:rPr>
        <w:t xml:space="preserve">, ki bo potekala v </w:t>
      </w:r>
      <w:r w:rsidRPr="00F76A87">
        <w:rPr>
          <w:rFonts w:asciiTheme="majorHAnsi" w:hAnsiTheme="majorHAnsi" w:cstheme="majorHAnsi"/>
          <w:b/>
          <w:bCs/>
          <w:sz w:val="24"/>
          <w:szCs w:val="24"/>
        </w:rPr>
        <w:t>nedeljo, 27. septembra 2026</w:t>
      </w:r>
      <w:r w:rsidRPr="00F76A87">
        <w:rPr>
          <w:rFonts w:asciiTheme="majorHAnsi" w:hAnsiTheme="majorHAnsi" w:cstheme="majorHAnsi"/>
          <w:sz w:val="24"/>
          <w:szCs w:val="24"/>
        </w:rPr>
        <w:t>, na reki Soči oziroma akumulacijskem jezeru Most na Soči, v organizaciji Ribiške družine Tolmin.</w:t>
      </w:r>
    </w:p>
    <w:p w14:paraId="5956F446"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Zbor tekmovalcev:</w:t>
      </w:r>
      <w:r w:rsidRPr="00F76A87">
        <w:rPr>
          <w:rFonts w:asciiTheme="majorHAnsi" w:hAnsiTheme="majorHAnsi" w:cstheme="majorHAnsi"/>
          <w:sz w:val="24"/>
          <w:szCs w:val="24"/>
        </w:rPr>
        <w:t xml:space="preserve"> Bar </w:t>
      </w:r>
      <w:proofErr w:type="spellStart"/>
      <w:r w:rsidRPr="00F76A87">
        <w:rPr>
          <w:rFonts w:asciiTheme="majorHAnsi" w:hAnsiTheme="majorHAnsi" w:cstheme="majorHAnsi"/>
          <w:sz w:val="24"/>
          <w:szCs w:val="24"/>
        </w:rPr>
        <w:t>Morea</w:t>
      </w:r>
      <w:proofErr w:type="spellEnd"/>
      <w:r w:rsidRPr="00F76A87">
        <w:rPr>
          <w:rFonts w:asciiTheme="majorHAnsi" w:hAnsiTheme="majorHAnsi" w:cstheme="majorHAnsi"/>
          <w:sz w:val="24"/>
          <w:szCs w:val="24"/>
        </w:rPr>
        <w:t xml:space="preserve">, Most na Soči, ob </w:t>
      </w:r>
      <w:r w:rsidRPr="00F76A87">
        <w:rPr>
          <w:rFonts w:asciiTheme="majorHAnsi" w:hAnsiTheme="majorHAnsi" w:cstheme="majorHAnsi"/>
          <w:b/>
          <w:bCs/>
          <w:sz w:val="24"/>
          <w:szCs w:val="24"/>
        </w:rPr>
        <w:t>7.30</w:t>
      </w:r>
      <w:r w:rsidRPr="00F76A87">
        <w:rPr>
          <w:rFonts w:asciiTheme="majorHAnsi" w:hAnsiTheme="majorHAnsi" w:cstheme="majorHAnsi"/>
          <w:sz w:val="24"/>
          <w:szCs w:val="24"/>
        </w:rPr>
        <w:t>.</w:t>
      </w:r>
    </w:p>
    <w:p w14:paraId="77E60874" w14:textId="77777777" w:rsid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 xml:space="preserve">Tekmovalna trasa poteka </w:t>
      </w:r>
      <w:r w:rsidRPr="00F76A87">
        <w:rPr>
          <w:rFonts w:asciiTheme="majorHAnsi" w:hAnsiTheme="majorHAnsi" w:cstheme="majorHAnsi"/>
          <w:b/>
          <w:bCs/>
          <w:sz w:val="24"/>
          <w:szCs w:val="24"/>
        </w:rPr>
        <w:t xml:space="preserve">od začetka galerije do mostu </w:t>
      </w:r>
      <w:proofErr w:type="spellStart"/>
      <w:r w:rsidRPr="00F76A87">
        <w:rPr>
          <w:rFonts w:asciiTheme="majorHAnsi" w:hAnsiTheme="majorHAnsi" w:cstheme="majorHAnsi"/>
          <w:b/>
          <w:bCs/>
          <w:sz w:val="24"/>
          <w:szCs w:val="24"/>
        </w:rPr>
        <w:t>dolvodno</w:t>
      </w:r>
      <w:proofErr w:type="spellEnd"/>
      <w:r w:rsidRPr="00F76A87">
        <w:rPr>
          <w:rFonts w:asciiTheme="majorHAnsi" w:hAnsiTheme="majorHAnsi" w:cstheme="majorHAnsi"/>
          <w:sz w:val="24"/>
          <w:szCs w:val="24"/>
        </w:rPr>
        <w:t xml:space="preserve">, v dolžini približno </w:t>
      </w:r>
      <w:r w:rsidRPr="00F76A87">
        <w:rPr>
          <w:rFonts w:asciiTheme="majorHAnsi" w:hAnsiTheme="majorHAnsi" w:cstheme="majorHAnsi"/>
          <w:b/>
          <w:bCs/>
          <w:sz w:val="24"/>
          <w:szCs w:val="24"/>
        </w:rPr>
        <w:t>1.500 metrov</w:t>
      </w:r>
      <w:r w:rsidRPr="00F76A87">
        <w:rPr>
          <w:rFonts w:asciiTheme="majorHAnsi" w:hAnsiTheme="majorHAnsi" w:cstheme="majorHAnsi"/>
          <w:sz w:val="24"/>
          <w:szCs w:val="24"/>
        </w:rPr>
        <w:t>.</w:t>
      </w:r>
    </w:p>
    <w:p w14:paraId="65462B1D" w14:textId="77777777" w:rsidR="00F76A87" w:rsidRPr="00F76A87" w:rsidRDefault="00000000" w:rsidP="00F76A87">
      <w:pPr>
        <w:rPr>
          <w:rFonts w:asciiTheme="majorHAnsi" w:hAnsiTheme="majorHAnsi" w:cstheme="majorHAnsi"/>
          <w:sz w:val="24"/>
          <w:szCs w:val="24"/>
        </w:rPr>
      </w:pPr>
      <w:r>
        <w:rPr>
          <w:rFonts w:asciiTheme="majorHAnsi" w:hAnsiTheme="majorHAnsi" w:cstheme="majorHAnsi"/>
          <w:sz w:val="24"/>
          <w:szCs w:val="24"/>
        </w:rPr>
        <w:pict w14:anchorId="570282D2">
          <v:rect id="_x0000_i1026" style="width:0;height:1.5pt" o:hralign="center" o:hrstd="t" o:hr="t" fillcolor="#a0a0a0" stroked="f"/>
        </w:pict>
      </w:r>
    </w:p>
    <w:p w14:paraId="4FF0DC9D"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ORGANIZACIJA</w:t>
      </w:r>
    </w:p>
    <w:p w14:paraId="185EDCDA" w14:textId="0D2C0AE6"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 xml:space="preserve">Vodja tekmovanja je </w:t>
      </w:r>
      <w:r w:rsidRPr="00F76A87">
        <w:rPr>
          <w:rFonts w:asciiTheme="majorHAnsi" w:hAnsiTheme="majorHAnsi" w:cstheme="majorHAnsi"/>
          <w:b/>
          <w:bCs/>
          <w:sz w:val="24"/>
          <w:szCs w:val="24"/>
        </w:rPr>
        <w:t>Aljoša Križnič</w:t>
      </w:r>
      <w:r w:rsidRPr="00F76A87">
        <w:rPr>
          <w:rFonts w:asciiTheme="majorHAnsi" w:hAnsiTheme="majorHAnsi" w:cstheme="majorHAnsi"/>
          <w:sz w:val="24"/>
          <w:szCs w:val="24"/>
        </w:rPr>
        <w:t>.</w:t>
      </w:r>
      <w:r>
        <w:rPr>
          <w:rFonts w:asciiTheme="majorHAnsi" w:hAnsiTheme="majorHAnsi" w:cstheme="majorHAnsi"/>
          <w:sz w:val="24"/>
          <w:szCs w:val="24"/>
        </w:rPr>
        <w:t xml:space="preserve"> (</w:t>
      </w:r>
      <w:r w:rsidRPr="00F76A87">
        <w:rPr>
          <w:rFonts w:asciiTheme="majorHAnsi" w:hAnsiTheme="majorHAnsi" w:cstheme="majorHAnsi"/>
          <w:b/>
          <w:bCs/>
          <w:sz w:val="24"/>
          <w:szCs w:val="24"/>
        </w:rPr>
        <w:t>Telefon:</w:t>
      </w:r>
      <w:r w:rsidRPr="00F76A87">
        <w:rPr>
          <w:rFonts w:asciiTheme="majorHAnsi" w:hAnsiTheme="majorHAnsi" w:cstheme="majorHAnsi"/>
          <w:sz w:val="24"/>
          <w:szCs w:val="24"/>
        </w:rPr>
        <w:t xml:space="preserve"> 031 409 300</w:t>
      </w:r>
      <w:r>
        <w:rPr>
          <w:rFonts w:asciiTheme="majorHAnsi" w:hAnsiTheme="majorHAnsi" w:cstheme="majorHAnsi"/>
          <w:sz w:val="24"/>
          <w:szCs w:val="24"/>
        </w:rPr>
        <w:t>)</w:t>
      </w:r>
    </w:p>
    <w:p w14:paraId="0A4B50E5" w14:textId="77777777" w:rsidR="00F76A87" w:rsidRPr="00F76A87" w:rsidRDefault="00000000" w:rsidP="00F76A87">
      <w:pPr>
        <w:rPr>
          <w:rFonts w:asciiTheme="majorHAnsi" w:hAnsiTheme="majorHAnsi" w:cstheme="majorHAnsi"/>
          <w:sz w:val="24"/>
          <w:szCs w:val="24"/>
        </w:rPr>
      </w:pPr>
      <w:r>
        <w:rPr>
          <w:rFonts w:asciiTheme="majorHAnsi" w:hAnsiTheme="majorHAnsi" w:cstheme="majorHAnsi"/>
          <w:sz w:val="24"/>
          <w:szCs w:val="24"/>
        </w:rPr>
        <w:pict w14:anchorId="166190B4">
          <v:rect id="_x0000_i1027" style="width:0;height:1.5pt" o:hralign="center" o:hrstd="t" o:hr="t" fillcolor="#a0a0a0" stroked="f"/>
        </w:pict>
      </w:r>
    </w:p>
    <w:p w14:paraId="066B0F6D"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ŠTARTNINA</w:t>
      </w:r>
    </w:p>
    <w:p w14:paraId="543B7ED8" w14:textId="77777777" w:rsidR="00F76A87" w:rsidRPr="00F76A87" w:rsidRDefault="00F76A87" w:rsidP="00F76A87">
      <w:pPr>
        <w:rPr>
          <w:rFonts w:asciiTheme="majorHAnsi" w:hAnsiTheme="majorHAnsi" w:cstheme="majorHAnsi"/>
          <w:sz w:val="24"/>
          <w:szCs w:val="24"/>
        </w:rPr>
      </w:pPr>
      <w:proofErr w:type="spellStart"/>
      <w:r w:rsidRPr="00F76A87">
        <w:rPr>
          <w:rFonts w:asciiTheme="majorHAnsi" w:hAnsiTheme="majorHAnsi" w:cstheme="majorHAnsi"/>
          <w:sz w:val="24"/>
          <w:szCs w:val="24"/>
        </w:rPr>
        <w:t>Štartnina</w:t>
      </w:r>
      <w:proofErr w:type="spellEnd"/>
      <w:r w:rsidRPr="00F76A87">
        <w:rPr>
          <w:rFonts w:asciiTheme="majorHAnsi" w:hAnsiTheme="majorHAnsi" w:cstheme="majorHAnsi"/>
          <w:sz w:val="24"/>
          <w:szCs w:val="24"/>
        </w:rPr>
        <w:t xml:space="preserve"> znaša </w:t>
      </w:r>
      <w:r w:rsidRPr="00F76A87">
        <w:rPr>
          <w:rFonts w:asciiTheme="majorHAnsi" w:hAnsiTheme="majorHAnsi" w:cstheme="majorHAnsi"/>
          <w:b/>
          <w:bCs/>
          <w:sz w:val="24"/>
          <w:szCs w:val="24"/>
        </w:rPr>
        <w:t>30 EUR na tekmovalca</w:t>
      </w:r>
      <w:r w:rsidRPr="00F76A87">
        <w:rPr>
          <w:rFonts w:asciiTheme="majorHAnsi" w:hAnsiTheme="majorHAnsi" w:cstheme="majorHAnsi"/>
          <w:sz w:val="24"/>
          <w:szCs w:val="24"/>
        </w:rPr>
        <w:t>.</w:t>
      </w:r>
    </w:p>
    <w:p w14:paraId="097E11CB"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Poravnate jo lahko z naročilnico, s plačilom ob prijavi ali z nakazilom na TRR Ribiške družine Tolmin:</w:t>
      </w:r>
    </w:p>
    <w:p w14:paraId="447D4CBF" w14:textId="77777777" w:rsidR="00F76A87" w:rsidRPr="00F76A87" w:rsidRDefault="00F76A87" w:rsidP="00BA65A1">
      <w:pPr>
        <w:spacing w:after="0"/>
        <w:rPr>
          <w:rFonts w:asciiTheme="majorHAnsi" w:hAnsiTheme="majorHAnsi" w:cstheme="majorHAnsi"/>
          <w:sz w:val="24"/>
          <w:szCs w:val="24"/>
        </w:rPr>
      </w:pPr>
      <w:r w:rsidRPr="00F76A87">
        <w:rPr>
          <w:rFonts w:asciiTheme="majorHAnsi" w:hAnsiTheme="majorHAnsi" w:cstheme="majorHAnsi"/>
          <w:b/>
          <w:bCs/>
          <w:sz w:val="24"/>
          <w:szCs w:val="24"/>
        </w:rPr>
        <w:t>Ribiška družina Tolmin</w:t>
      </w:r>
      <w:r w:rsidRPr="00F76A87">
        <w:rPr>
          <w:rFonts w:asciiTheme="majorHAnsi" w:hAnsiTheme="majorHAnsi" w:cstheme="majorHAnsi"/>
          <w:sz w:val="24"/>
          <w:szCs w:val="24"/>
        </w:rPr>
        <w:br/>
        <w:t>Trg 1. maja 7</w:t>
      </w:r>
      <w:r w:rsidRPr="00F76A87">
        <w:rPr>
          <w:rFonts w:asciiTheme="majorHAnsi" w:hAnsiTheme="majorHAnsi" w:cstheme="majorHAnsi"/>
          <w:sz w:val="24"/>
          <w:szCs w:val="24"/>
        </w:rPr>
        <w:br/>
        <w:t>5220 Tolmin</w:t>
      </w:r>
    </w:p>
    <w:p w14:paraId="15F6177A" w14:textId="77777777" w:rsidR="00F76A87" w:rsidRPr="00F76A87" w:rsidRDefault="00F76A87" w:rsidP="00BA65A1">
      <w:pPr>
        <w:spacing w:after="0"/>
        <w:rPr>
          <w:rFonts w:asciiTheme="majorHAnsi" w:hAnsiTheme="majorHAnsi" w:cstheme="majorHAnsi"/>
          <w:sz w:val="24"/>
          <w:szCs w:val="24"/>
        </w:rPr>
      </w:pPr>
      <w:r w:rsidRPr="00F76A87">
        <w:rPr>
          <w:rFonts w:asciiTheme="majorHAnsi" w:hAnsiTheme="majorHAnsi" w:cstheme="majorHAnsi"/>
          <w:b/>
          <w:bCs/>
          <w:sz w:val="24"/>
          <w:szCs w:val="24"/>
        </w:rPr>
        <w:t>IBAN:</w:t>
      </w:r>
      <w:r w:rsidRPr="00F76A87">
        <w:rPr>
          <w:rFonts w:asciiTheme="majorHAnsi" w:hAnsiTheme="majorHAnsi" w:cstheme="majorHAnsi"/>
          <w:sz w:val="24"/>
          <w:szCs w:val="24"/>
        </w:rPr>
        <w:t xml:space="preserve"> SI56 1915 5501 2106 087</w:t>
      </w:r>
      <w:r w:rsidRPr="00F76A87">
        <w:rPr>
          <w:rFonts w:asciiTheme="majorHAnsi" w:hAnsiTheme="majorHAnsi" w:cstheme="majorHAnsi"/>
          <w:sz w:val="24"/>
          <w:szCs w:val="24"/>
        </w:rPr>
        <w:br/>
      </w:r>
      <w:r w:rsidRPr="00F76A87">
        <w:rPr>
          <w:rFonts w:asciiTheme="majorHAnsi" w:hAnsiTheme="majorHAnsi" w:cstheme="majorHAnsi"/>
          <w:b/>
          <w:bCs/>
          <w:sz w:val="24"/>
          <w:szCs w:val="24"/>
        </w:rPr>
        <w:t>Banka:</w:t>
      </w:r>
      <w:r w:rsidRPr="00F76A87">
        <w:rPr>
          <w:rFonts w:asciiTheme="majorHAnsi" w:hAnsiTheme="majorHAnsi" w:cstheme="majorHAnsi"/>
          <w:sz w:val="24"/>
          <w:szCs w:val="24"/>
        </w:rPr>
        <w:t xml:space="preserve"> DBS d.d.</w:t>
      </w:r>
    </w:p>
    <w:p w14:paraId="347065EA" w14:textId="1CEF5FDD" w:rsidR="00F76A87" w:rsidRPr="00F76A87" w:rsidRDefault="00000000" w:rsidP="00F76A87">
      <w:pPr>
        <w:rPr>
          <w:rFonts w:asciiTheme="majorHAnsi" w:hAnsiTheme="majorHAnsi" w:cstheme="majorHAnsi"/>
          <w:sz w:val="24"/>
          <w:szCs w:val="24"/>
        </w:rPr>
      </w:pPr>
      <w:r>
        <w:rPr>
          <w:rFonts w:asciiTheme="majorHAnsi" w:hAnsiTheme="majorHAnsi" w:cstheme="majorHAnsi"/>
          <w:sz w:val="24"/>
          <w:szCs w:val="24"/>
        </w:rPr>
        <w:pict w14:anchorId="37F8F7C6">
          <v:rect id="_x0000_i1028" style="width:0;height:1.5pt" o:hralign="center" o:hrstd="t" o:hr="t" fillcolor="#a0a0a0" stroked="f"/>
        </w:pict>
      </w:r>
    </w:p>
    <w:p w14:paraId="65CC93F4"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lastRenderedPageBreak/>
        <w:t>URNIK TEKMOVANJA</w:t>
      </w:r>
    </w:p>
    <w:p w14:paraId="72DDC41E" w14:textId="77777777" w:rsidR="00F76A87" w:rsidRDefault="00F76A87" w:rsidP="00F76A87">
      <w:pPr>
        <w:rPr>
          <w:rFonts w:asciiTheme="majorHAnsi" w:hAnsiTheme="majorHAnsi" w:cstheme="majorHAnsi"/>
          <w:b/>
          <w:bCs/>
          <w:sz w:val="24"/>
          <w:szCs w:val="24"/>
        </w:rPr>
        <w:sectPr w:rsidR="00F76A87" w:rsidSect="007923B7">
          <w:headerReference w:type="default" r:id="rId8"/>
          <w:footerReference w:type="default" r:id="rId9"/>
          <w:type w:val="continuous"/>
          <w:pgSz w:w="12240" w:h="15840"/>
          <w:pgMar w:top="1417" w:right="1417" w:bottom="1417" w:left="1417" w:header="720" w:footer="720" w:gutter="0"/>
          <w:cols w:space="720"/>
          <w:docGrid w:linePitch="360"/>
        </w:sectPr>
      </w:pPr>
    </w:p>
    <w:p w14:paraId="7454EF60"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DOPOLDANSKI DEL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1"/>
        <w:gridCol w:w="2527"/>
      </w:tblGrid>
      <w:tr w:rsidR="00F76A87" w:rsidRPr="00F76A87" w14:paraId="6FD24BD9" w14:textId="77777777" w:rsidTr="00F76A87">
        <w:trPr>
          <w:tblCellSpacing w:w="15" w:type="dxa"/>
        </w:trPr>
        <w:tc>
          <w:tcPr>
            <w:tcW w:w="0" w:type="auto"/>
            <w:vAlign w:val="center"/>
            <w:hideMark/>
          </w:tcPr>
          <w:p w14:paraId="797019C0"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Čas</w:t>
            </w:r>
          </w:p>
        </w:tc>
        <w:tc>
          <w:tcPr>
            <w:tcW w:w="2482" w:type="dxa"/>
            <w:vAlign w:val="center"/>
            <w:hideMark/>
          </w:tcPr>
          <w:p w14:paraId="5C98DFE5"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Aktivnost</w:t>
            </w:r>
          </w:p>
        </w:tc>
      </w:tr>
      <w:tr w:rsidR="00F76A87" w:rsidRPr="00F76A87" w14:paraId="2A7B1289" w14:textId="77777777" w:rsidTr="00F76A87">
        <w:trPr>
          <w:tblCellSpacing w:w="15" w:type="dxa"/>
        </w:trPr>
        <w:tc>
          <w:tcPr>
            <w:tcW w:w="0" w:type="auto"/>
            <w:vAlign w:val="center"/>
            <w:hideMark/>
          </w:tcPr>
          <w:p w14:paraId="71B4C71B"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07:30–08:00</w:t>
            </w:r>
          </w:p>
        </w:tc>
        <w:tc>
          <w:tcPr>
            <w:tcW w:w="2482" w:type="dxa"/>
            <w:vAlign w:val="center"/>
            <w:hideMark/>
          </w:tcPr>
          <w:p w14:paraId="3F4739A4"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Zbor tekmovalcev in žreb</w:t>
            </w:r>
          </w:p>
        </w:tc>
      </w:tr>
      <w:tr w:rsidR="00F76A87" w:rsidRPr="00F76A87" w14:paraId="047714B5" w14:textId="77777777" w:rsidTr="00F76A87">
        <w:trPr>
          <w:tblCellSpacing w:w="15" w:type="dxa"/>
        </w:trPr>
        <w:tc>
          <w:tcPr>
            <w:tcW w:w="0" w:type="auto"/>
            <w:vAlign w:val="center"/>
            <w:hideMark/>
          </w:tcPr>
          <w:p w14:paraId="4E82CFF6"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08:40–08:45</w:t>
            </w:r>
          </w:p>
        </w:tc>
        <w:tc>
          <w:tcPr>
            <w:tcW w:w="2482" w:type="dxa"/>
            <w:vAlign w:val="center"/>
            <w:hideMark/>
          </w:tcPr>
          <w:p w14:paraId="0B70E112"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Odhod na čolne</w:t>
            </w:r>
          </w:p>
        </w:tc>
      </w:tr>
      <w:tr w:rsidR="00F76A87" w:rsidRPr="00F76A87" w14:paraId="163833F4" w14:textId="77777777" w:rsidTr="00F76A87">
        <w:trPr>
          <w:tblCellSpacing w:w="15" w:type="dxa"/>
        </w:trPr>
        <w:tc>
          <w:tcPr>
            <w:tcW w:w="0" w:type="auto"/>
            <w:vAlign w:val="center"/>
            <w:hideMark/>
          </w:tcPr>
          <w:p w14:paraId="67621AD3"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08:45–09:00</w:t>
            </w:r>
          </w:p>
        </w:tc>
        <w:tc>
          <w:tcPr>
            <w:tcW w:w="2482" w:type="dxa"/>
            <w:vAlign w:val="center"/>
            <w:hideMark/>
          </w:tcPr>
          <w:p w14:paraId="39ABFDE6"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Vožnja na traso</w:t>
            </w:r>
          </w:p>
        </w:tc>
      </w:tr>
      <w:tr w:rsidR="00F76A87" w:rsidRPr="00F76A87" w14:paraId="74815622" w14:textId="77777777" w:rsidTr="00F76A87">
        <w:trPr>
          <w:tblCellSpacing w:w="15" w:type="dxa"/>
        </w:trPr>
        <w:tc>
          <w:tcPr>
            <w:tcW w:w="0" w:type="auto"/>
            <w:vAlign w:val="center"/>
            <w:hideMark/>
          </w:tcPr>
          <w:p w14:paraId="052DD17D"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09:00–09:45</w:t>
            </w:r>
          </w:p>
        </w:tc>
        <w:tc>
          <w:tcPr>
            <w:tcW w:w="2482" w:type="dxa"/>
            <w:vAlign w:val="center"/>
            <w:hideMark/>
          </w:tcPr>
          <w:p w14:paraId="49CA6494"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 del tekmovanja</w:t>
            </w:r>
          </w:p>
        </w:tc>
      </w:tr>
      <w:tr w:rsidR="00F76A87" w:rsidRPr="00F76A87" w14:paraId="00461EB3" w14:textId="77777777" w:rsidTr="00F76A87">
        <w:trPr>
          <w:tblCellSpacing w:w="15" w:type="dxa"/>
        </w:trPr>
        <w:tc>
          <w:tcPr>
            <w:tcW w:w="0" w:type="auto"/>
            <w:vAlign w:val="center"/>
            <w:hideMark/>
          </w:tcPr>
          <w:p w14:paraId="20D2446C"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09:45–10:00</w:t>
            </w:r>
          </w:p>
        </w:tc>
        <w:tc>
          <w:tcPr>
            <w:tcW w:w="2482" w:type="dxa"/>
            <w:vAlign w:val="center"/>
            <w:hideMark/>
          </w:tcPr>
          <w:p w14:paraId="3D97B6A1"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Premik</w:t>
            </w:r>
          </w:p>
        </w:tc>
      </w:tr>
      <w:tr w:rsidR="00F76A87" w:rsidRPr="00F76A87" w14:paraId="302004DD" w14:textId="77777777" w:rsidTr="00F76A87">
        <w:trPr>
          <w:tblCellSpacing w:w="15" w:type="dxa"/>
        </w:trPr>
        <w:tc>
          <w:tcPr>
            <w:tcW w:w="0" w:type="auto"/>
            <w:vAlign w:val="center"/>
            <w:hideMark/>
          </w:tcPr>
          <w:p w14:paraId="1D147532"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10:00–10:45</w:t>
            </w:r>
          </w:p>
        </w:tc>
        <w:tc>
          <w:tcPr>
            <w:tcW w:w="2482" w:type="dxa"/>
            <w:vAlign w:val="center"/>
            <w:hideMark/>
          </w:tcPr>
          <w:p w14:paraId="34E0D389"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2. del tekmovanja</w:t>
            </w:r>
          </w:p>
        </w:tc>
      </w:tr>
      <w:tr w:rsidR="00F76A87" w:rsidRPr="00F76A87" w14:paraId="11339C83" w14:textId="77777777" w:rsidTr="00F76A87">
        <w:trPr>
          <w:tblCellSpacing w:w="15" w:type="dxa"/>
        </w:trPr>
        <w:tc>
          <w:tcPr>
            <w:tcW w:w="0" w:type="auto"/>
            <w:vAlign w:val="center"/>
            <w:hideMark/>
          </w:tcPr>
          <w:p w14:paraId="576760CF"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10:45–11:00</w:t>
            </w:r>
          </w:p>
        </w:tc>
        <w:tc>
          <w:tcPr>
            <w:tcW w:w="2482" w:type="dxa"/>
            <w:vAlign w:val="center"/>
            <w:hideMark/>
          </w:tcPr>
          <w:p w14:paraId="33F9CCD3"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Premik</w:t>
            </w:r>
          </w:p>
        </w:tc>
      </w:tr>
      <w:tr w:rsidR="00F76A87" w:rsidRPr="00F76A87" w14:paraId="24F117C2" w14:textId="77777777" w:rsidTr="00F76A87">
        <w:trPr>
          <w:tblCellSpacing w:w="15" w:type="dxa"/>
        </w:trPr>
        <w:tc>
          <w:tcPr>
            <w:tcW w:w="0" w:type="auto"/>
            <w:vAlign w:val="center"/>
            <w:hideMark/>
          </w:tcPr>
          <w:p w14:paraId="0408099D"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11:00–11:45</w:t>
            </w:r>
          </w:p>
        </w:tc>
        <w:tc>
          <w:tcPr>
            <w:tcW w:w="2482" w:type="dxa"/>
            <w:vAlign w:val="center"/>
            <w:hideMark/>
          </w:tcPr>
          <w:p w14:paraId="43656C1B"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3. del tekmovanja</w:t>
            </w:r>
          </w:p>
        </w:tc>
      </w:tr>
      <w:tr w:rsidR="00F76A87" w:rsidRPr="00F76A87" w14:paraId="41A53914" w14:textId="77777777" w:rsidTr="00F76A87">
        <w:trPr>
          <w:tblCellSpacing w:w="15" w:type="dxa"/>
        </w:trPr>
        <w:tc>
          <w:tcPr>
            <w:tcW w:w="0" w:type="auto"/>
            <w:vAlign w:val="center"/>
            <w:hideMark/>
          </w:tcPr>
          <w:p w14:paraId="5029400C"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11:45–12:40</w:t>
            </w:r>
          </w:p>
        </w:tc>
        <w:tc>
          <w:tcPr>
            <w:tcW w:w="2482" w:type="dxa"/>
            <w:vAlign w:val="center"/>
            <w:hideMark/>
          </w:tcPr>
          <w:p w14:paraId="598AECA4"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Glavni odmor</w:t>
            </w:r>
          </w:p>
        </w:tc>
      </w:tr>
    </w:tbl>
    <w:p w14:paraId="40A803A7" w14:textId="77777777" w:rsidR="00F76A87" w:rsidRDefault="00F76A87" w:rsidP="00F76A87">
      <w:pPr>
        <w:rPr>
          <w:rFonts w:asciiTheme="majorHAnsi" w:hAnsiTheme="majorHAnsi" w:cstheme="majorHAnsi"/>
          <w:b/>
          <w:bCs/>
          <w:sz w:val="24"/>
          <w:szCs w:val="24"/>
        </w:rPr>
      </w:pPr>
    </w:p>
    <w:p w14:paraId="7A8B8483" w14:textId="5D92F102"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POPOLDANSKI DEL</w:t>
      </w:r>
    </w:p>
    <w:tbl>
      <w:tblPr>
        <w:tblW w:w="4820" w:type="dxa"/>
        <w:tblCellSpacing w:w="15" w:type="dxa"/>
        <w:tblCellMar>
          <w:top w:w="15" w:type="dxa"/>
          <w:left w:w="15" w:type="dxa"/>
          <w:bottom w:w="15" w:type="dxa"/>
          <w:right w:w="15" w:type="dxa"/>
        </w:tblCellMar>
        <w:tblLook w:val="04A0" w:firstRow="1" w:lastRow="0" w:firstColumn="1" w:lastColumn="0" w:noHBand="0" w:noVBand="1"/>
      </w:tblPr>
      <w:tblGrid>
        <w:gridCol w:w="1418"/>
        <w:gridCol w:w="3402"/>
      </w:tblGrid>
      <w:tr w:rsidR="00F76A87" w:rsidRPr="00F76A87" w14:paraId="000ABFEB" w14:textId="77777777" w:rsidTr="00F76A87">
        <w:trPr>
          <w:tblCellSpacing w:w="15" w:type="dxa"/>
        </w:trPr>
        <w:tc>
          <w:tcPr>
            <w:tcW w:w="1373" w:type="dxa"/>
            <w:vAlign w:val="center"/>
            <w:hideMark/>
          </w:tcPr>
          <w:p w14:paraId="55678408"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Čas</w:t>
            </w:r>
          </w:p>
        </w:tc>
        <w:tc>
          <w:tcPr>
            <w:tcW w:w="3357" w:type="dxa"/>
            <w:vAlign w:val="center"/>
            <w:hideMark/>
          </w:tcPr>
          <w:p w14:paraId="7F411D37"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Aktivnost</w:t>
            </w:r>
          </w:p>
        </w:tc>
      </w:tr>
      <w:tr w:rsidR="00F76A87" w:rsidRPr="00F76A87" w14:paraId="3E5F5545" w14:textId="77777777" w:rsidTr="00F76A87">
        <w:trPr>
          <w:tblCellSpacing w:w="15" w:type="dxa"/>
        </w:trPr>
        <w:tc>
          <w:tcPr>
            <w:tcW w:w="1373" w:type="dxa"/>
            <w:vAlign w:val="center"/>
            <w:hideMark/>
          </w:tcPr>
          <w:p w14:paraId="37715471"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12:40–12:45</w:t>
            </w:r>
          </w:p>
        </w:tc>
        <w:tc>
          <w:tcPr>
            <w:tcW w:w="3357" w:type="dxa"/>
            <w:vAlign w:val="center"/>
            <w:hideMark/>
          </w:tcPr>
          <w:p w14:paraId="11C14421"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Odhod na čolne</w:t>
            </w:r>
          </w:p>
        </w:tc>
      </w:tr>
      <w:tr w:rsidR="00F76A87" w:rsidRPr="00F76A87" w14:paraId="24526792" w14:textId="77777777" w:rsidTr="00F76A87">
        <w:trPr>
          <w:tblCellSpacing w:w="15" w:type="dxa"/>
        </w:trPr>
        <w:tc>
          <w:tcPr>
            <w:tcW w:w="1373" w:type="dxa"/>
            <w:vAlign w:val="center"/>
            <w:hideMark/>
          </w:tcPr>
          <w:p w14:paraId="6A570324"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12:45–13:00</w:t>
            </w:r>
          </w:p>
        </w:tc>
        <w:tc>
          <w:tcPr>
            <w:tcW w:w="3357" w:type="dxa"/>
            <w:vAlign w:val="center"/>
            <w:hideMark/>
          </w:tcPr>
          <w:p w14:paraId="27207C6F"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Vožnja na traso</w:t>
            </w:r>
          </w:p>
        </w:tc>
      </w:tr>
      <w:tr w:rsidR="00F76A87" w:rsidRPr="00F76A87" w14:paraId="1E1C6C38" w14:textId="77777777" w:rsidTr="00F76A87">
        <w:trPr>
          <w:tblCellSpacing w:w="15" w:type="dxa"/>
        </w:trPr>
        <w:tc>
          <w:tcPr>
            <w:tcW w:w="1373" w:type="dxa"/>
            <w:vAlign w:val="center"/>
            <w:hideMark/>
          </w:tcPr>
          <w:p w14:paraId="085C1D31"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13:00–13:45</w:t>
            </w:r>
          </w:p>
        </w:tc>
        <w:tc>
          <w:tcPr>
            <w:tcW w:w="3357" w:type="dxa"/>
            <w:vAlign w:val="center"/>
            <w:hideMark/>
          </w:tcPr>
          <w:p w14:paraId="50D88969"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4. del tekmovanja</w:t>
            </w:r>
          </w:p>
        </w:tc>
      </w:tr>
      <w:tr w:rsidR="00F76A87" w:rsidRPr="00F76A87" w14:paraId="5813F128" w14:textId="77777777" w:rsidTr="00F76A87">
        <w:trPr>
          <w:tblCellSpacing w:w="15" w:type="dxa"/>
        </w:trPr>
        <w:tc>
          <w:tcPr>
            <w:tcW w:w="1373" w:type="dxa"/>
            <w:vAlign w:val="center"/>
            <w:hideMark/>
          </w:tcPr>
          <w:p w14:paraId="43706979"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13:45–14:00</w:t>
            </w:r>
          </w:p>
        </w:tc>
        <w:tc>
          <w:tcPr>
            <w:tcW w:w="3357" w:type="dxa"/>
            <w:vAlign w:val="center"/>
            <w:hideMark/>
          </w:tcPr>
          <w:p w14:paraId="4A8B2B96"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Premik</w:t>
            </w:r>
          </w:p>
        </w:tc>
      </w:tr>
      <w:tr w:rsidR="00F76A87" w:rsidRPr="00F76A87" w14:paraId="50154E61" w14:textId="77777777" w:rsidTr="00F76A87">
        <w:trPr>
          <w:tblCellSpacing w:w="15" w:type="dxa"/>
        </w:trPr>
        <w:tc>
          <w:tcPr>
            <w:tcW w:w="1373" w:type="dxa"/>
            <w:vAlign w:val="center"/>
            <w:hideMark/>
          </w:tcPr>
          <w:p w14:paraId="1017794E"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14:00–14:45</w:t>
            </w:r>
          </w:p>
        </w:tc>
        <w:tc>
          <w:tcPr>
            <w:tcW w:w="3357" w:type="dxa"/>
            <w:vAlign w:val="center"/>
            <w:hideMark/>
          </w:tcPr>
          <w:p w14:paraId="6F955CC8"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5. del tekmovanja</w:t>
            </w:r>
          </w:p>
        </w:tc>
      </w:tr>
      <w:tr w:rsidR="00F76A87" w:rsidRPr="00F76A87" w14:paraId="1F9080F6" w14:textId="77777777" w:rsidTr="00F76A87">
        <w:trPr>
          <w:tblCellSpacing w:w="15" w:type="dxa"/>
        </w:trPr>
        <w:tc>
          <w:tcPr>
            <w:tcW w:w="1373" w:type="dxa"/>
            <w:vAlign w:val="center"/>
            <w:hideMark/>
          </w:tcPr>
          <w:p w14:paraId="5C6CC477"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14:45–15:00</w:t>
            </w:r>
          </w:p>
        </w:tc>
        <w:tc>
          <w:tcPr>
            <w:tcW w:w="3357" w:type="dxa"/>
            <w:vAlign w:val="center"/>
            <w:hideMark/>
          </w:tcPr>
          <w:p w14:paraId="53B9F247"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Premik</w:t>
            </w:r>
          </w:p>
        </w:tc>
      </w:tr>
      <w:tr w:rsidR="00F76A87" w:rsidRPr="00F76A87" w14:paraId="223DB64D" w14:textId="77777777" w:rsidTr="00F76A87">
        <w:trPr>
          <w:tblCellSpacing w:w="15" w:type="dxa"/>
        </w:trPr>
        <w:tc>
          <w:tcPr>
            <w:tcW w:w="1373" w:type="dxa"/>
            <w:vAlign w:val="center"/>
            <w:hideMark/>
          </w:tcPr>
          <w:p w14:paraId="05B017D1"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15:00–15:45</w:t>
            </w:r>
          </w:p>
        </w:tc>
        <w:tc>
          <w:tcPr>
            <w:tcW w:w="3357" w:type="dxa"/>
            <w:vAlign w:val="center"/>
            <w:hideMark/>
          </w:tcPr>
          <w:p w14:paraId="4F8E541D"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6. del tekmovanja</w:t>
            </w:r>
          </w:p>
        </w:tc>
      </w:tr>
      <w:tr w:rsidR="00F76A87" w:rsidRPr="00F76A87" w14:paraId="05B07B47" w14:textId="77777777" w:rsidTr="00F76A87">
        <w:trPr>
          <w:tblCellSpacing w:w="15" w:type="dxa"/>
        </w:trPr>
        <w:tc>
          <w:tcPr>
            <w:tcW w:w="1373" w:type="dxa"/>
            <w:vAlign w:val="center"/>
            <w:hideMark/>
          </w:tcPr>
          <w:p w14:paraId="348772AD"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15:45</w:t>
            </w:r>
          </w:p>
        </w:tc>
        <w:tc>
          <w:tcPr>
            <w:tcW w:w="3357" w:type="dxa"/>
            <w:vAlign w:val="center"/>
            <w:hideMark/>
          </w:tcPr>
          <w:p w14:paraId="4B47345C"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Zaključek ribolova</w:t>
            </w:r>
          </w:p>
        </w:tc>
      </w:tr>
      <w:tr w:rsidR="00F76A87" w:rsidRPr="00F76A87" w14:paraId="6CD31777" w14:textId="77777777" w:rsidTr="00F76A87">
        <w:trPr>
          <w:tblCellSpacing w:w="15" w:type="dxa"/>
        </w:trPr>
        <w:tc>
          <w:tcPr>
            <w:tcW w:w="1373" w:type="dxa"/>
            <w:vAlign w:val="center"/>
            <w:hideMark/>
          </w:tcPr>
          <w:p w14:paraId="5E75FBB4"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16:30</w:t>
            </w:r>
          </w:p>
        </w:tc>
        <w:tc>
          <w:tcPr>
            <w:tcW w:w="3357" w:type="dxa"/>
            <w:vAlign w:val="center"/>
            <w:hideMark/>
          </w:tcPr>
          <w:p w14:paraId="6F4608F8"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Kosilo/večerja, izračun rezultatov in podelitev</w:t>
            </w:r>
          </w:p>
        </w:tc>
      </w:tr>
    </w:tbl>
    <w:p w14:paraId="40B99667" w14:textId="77777777" w:rsidR="00F76A87" w:rsidRDefault="00F76A87" w:rsidP="00F76A87">
      <w:pPr>
        <w:rPr>
          <w:rFonts w:asciiTheme="majorHAnsi" w:hAnsiTheme="majorHAnsi" w:cstheme="majorHAnsi"/>
          <w:sz w:val="24"/>
          <w:szCs w:val="24"/>
        </w:rPr>
        <w:sectPr w:rsidR="00F76A87" w:rsidSect="00F76A87">
          <w:type w:val="continuous"/>
          <w:pgSz w:w="12240" w:h="15840"/>
          <w:pgMar w:top="1417" w:right="1417" w:bottom="1417" w:left="1417" w:header="720" w:footer="720" w:gutter="0"/>
          <w:cols w:num="2" w:space="720"/>
          <w:docGrid w:linePitch="360"/>
        </w:sectPr>
      </w:pPr>
    </w:p>
    <w:p w14:paraId="2B212FB2" w14:textId="2FE19B13" w:rsidR="00F76A87" w:rsidRPr="00F76A87" w:rsidRDefault="00000000" w:rsidP="00F76A87">
      <w:pPr>
        <w:rPr>
          <w:rFonts w:asciiTheme="majorHAnsi" w:hAnsiTheme="majorHAnsi" w:cstheme="majorHAnsi"/>
          <w:sz w:val="24"/>
          <w:szCs w:val="24"/>
        </w:rPr>
      </w:pPr>
      <w:r>
        <w:rPr>
          <w:rFonts w:asciiTheme="majorHAnsi" w:hAnsiTheme="majorHAnsi" w:cstheme="majorHAnsi"/>
          <w:sz w:val="24"/>
          <w:szCs w:val="24"/>
        </w:rPr>
        <w:pict w14:anchorId="780D4373">
          <v:rect id="_x0000_i1029" style="width:0;height:1.5pt" o:hralign="center" o:hrstd="t" o:hr="t" fillcolor="#a0a0a0" stroked="f"/>
        </w:pict>
      </w:r>
    </w:p>
    <w:p w14:paraId="332F905D"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URADNI TRENING</w:t>
      </w:r>
    </w:p>
    <w:p w14:paraId="42C20B50" w14:textId="1EC2825F"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 xml:space="preserve">Uradni trening bo potekal v </w:t>
      </w:r>
      <w:r w:rsidR="0059290B">
        <w:rPr>
          <w:rFonts w:asciiTheme="majorHAnsi" w:hAnsiTheme="majorHAnsi" w:cstheme="majorHAnsi"/>
          <w:b/>
          <w:bCs/>
          <w:sz w:val="24"/>
          <w:szCs w:val="24"/>
        </w:rPr>
        <w:t>petek</w:t>
      </w:r>
      <w:r w:rsidRPr="00F76A87">
        <w:rPr>
          <w:rFonts w:asciiTheme="majorHAnsi" w:hAnsiTheme="majorHAnsi" w:cstheme="majorHAnsi"/>
          <w:b/>
          <w:bCs/>
          <w:sz w:val="24"/>
          <w:szCs w:val="24"/>
        </w:rPr>
        <w:t>, 1</w:t>
      </w:r>
      <w:r w:rsidR="0059290B">
        <w:rPr>
          <w:rFonts w:asciiTheme="majorHAnsi" w:hAnsiTheme="majorHAnsi" w:cstheme="majorHAnsi"/>
          <w:b/>
          <w:bCs/>
          <w:sz w:val="24"/>
          <w:szCs w:val="24"/>
        </w:rPr>
        <w:t>8</w:t>
      </w:r>
      <w:r w:rsidRPr="00F76A87">
        <w:rPr>
          <w:rFonts w:asciiTheme="majorHAnsi" w:hAnsiTheme="majorHAnsi" w:cstheme="majorHAnsi"/>
          <w:b/>
          <w:bCs/>
          <w:sz w:val="24"/>
          <w:szCs w:val="24"/>
        </w:rPr>
        <w:t>. septembra 2026, med 16.00 in 19.00</w:t>
      </w:r>
      <w:r w:rsidRPr="00F76A87">
        <w:rPr>
          <w:rFonts w:asciiTheme="majorHAnsi" w:hAnsiTheme="majorHAnsi" w:cstheme="majorHAnsi"/>
          <w:sz w:val="24"/>
          <w:szCs w:val="24"/>
        </w:rPr>
        <w:t xml:space="preserve"> na tekmovalni trasi.</w:t>
      </w:r>
    </w:p>
    <w:p w14:paraId="2938D980"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Tekmovalci se treninga lahko udeležijo samo z veljavno tekmovalno izkaznico LRM.</w:t>
      </w:r>
    </w:p>
    <w:p w14:paraId="04FCCA63"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 xml:space="preserve">Za udeležbo na treningu je treba organizatorja obvestiti </w:t>
      </w:r>
      <w:r w:rsidRPr="00F76A87">
        <w:rPr>
          <w:rFonts w:asciiTheme="majorHAnsi" w:hAnsiTheme="majorHAnsi" w:cstheme="majorHAnsi"/>
          <w:b/>
          <w:bCs/>
          <w:sz w:val="24"/>
          <w:szCs w:val="24"/>
        </w:rPr>
        <w:t>najkasneje dan prej</w:t>
      </w:r>
      <w:r w:rsidRPr="00F76A87">
        <w:rPr>
          <w:rFonts w:asciiTheme="majorHAnsi" w:hAnsiTheme="majorHAnsi" w:cstheme="majorHAnsi"/>
          <w:sz w:val="24"/>
          <w:szCs w:val="24"/>
        </w:rPr>
        <w:t>, saj bomo le tako lahko zagotovili zadostno število čolnov in ustrezno razporeditev.</w:t>
      </w:r>
    </w:p>
    <w:p w14:paraId="70ECE4FE"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Prijava na trening:</w:t>
      </w:r>
    </w:p>
    <w:p w14:paraId="4B19EAD8"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sz w:val="24"/>
          <w:szCs w:val="24"/>
        </w:rPr>
        <w:t xml:space="preserve">Telefon: </w:t>
      </w:r>
      <w:r w:rsidRPr="00F76A87">
        <w:rPr>
          <w:rFonts w:asciiTheme="majorHAnsi" w:hAnsiTheme="majorHAnsi" w:cstheme="majorHAnsi"/>
          <w:b/>
          <w:bCs/>
          <w:sz w:val="24"/>
          <w:szCs w:val="24"/>
        </w:rPr>
        <w:t>031 409 300 – Aljoša</w:t>
      </w:r>
      <w:r w:rsidRPr="00F76A87">
        <w:rPr>
          <w:rFonts w:asciiTheme="majorHAnsi" w:hAnsiTheme="majorHAnsi" w:cstheme="majorHAnsi"/>
          <w:sz w:val="24"/>
          <w:szCs w:val="24"/>
        </w:rPr>
        <w:br/>
        <w:t xml:space="preserve">E-pošta: </w:t>
      </w:r>
      <w:hyperlink r:id="rId10" w:history="1">
        <w:r w:rsidRPr="00F76A87">
          <w:rPr>
            <w:rStyle w:val="Hiperpovezava"/>
            <w:rFonts w:asciiTheme="majorHAnsi" w:hAnsiTheme="majorHAnsi" w:cstheme="majorHAnsi"/>
            <w:b/>
            <w:bCs/>
            <w:sz w:val="24"/>
            <w:szCs w:val="24"/>
          </w:rPr>
          <w:t>predsednik@rdtolmin.si</w:t>
        </w:r>
      </w:hyperlink>
    </w:p>
    <w:p w14:paraId="3C534300" w14:textId="77777777" w:rsidR="00F76A87" w:rsidRPr="00F76A87" w:rsidRDefault="00000000" w:rsidP="00F76A87">
      <w:pPr>
        <w:rPr>
          <w:rFonts w:asciiTheme="majorHAnsi" w:hAnsiTheme="majorHAnsi" w:cstheme="majorHAnsi"/>
          <w:sz w:val="24"/>
          <w:szCs w:val="24"/>
        </w:rPr>
      </w:pPr>
      <w:r>
        <w:rPr>
          <w:rFonts w:asciiTheme="majorHAnsi" w:hAnsiTheme="majorHAnsi" w:cstheme="majorHAnsi"/>
          <w:sz w:val="24"/>
          <w:szCs w:val="24"/>
        </w:rPr>
        <w:lastRenderedPageBreak/>
        <w:pict w14:anchorId="411978A1">
          <v:rect id="_x0000_i1030" style="width:0;height:1.5pt" o:hralign="center" o:hrstd="t" o:hr="t" fillcolor="#a0a0a0" stroked="f"/>
        </w:pict>
      </w:r>
    </w:p>
    <w:p w14:paraId="613E2B5E" w14:textId="77777777" w:rsidR="00F76A87" w:rsidRPr="00F76A87" w:rsidRDefault="00F76A87" w:rsidP="00F76A87">
      <w:pPr>
        <w:rPr>
          <w:rFonts w:asciiTheme="majorHAnsi" w:hAnsiTheme="majorHAnsi" w:cstheme="majorHAnsi"/>
          <w:b/>
          <w:bCs/>
          <w:sz w:val="24"/>
          <w:szCs w:val="24"/>
        </w:rPr>
      </w:pPr>
      <w:r w:rsidRPr="00F76A87">
        <w:rPr>
          <w:rFonts w:asciiTheme="majorHAnsi" w:hAnsiTheme="majorHAnsi" w:cstheme="majorHAnsi"/>
          <w:b/>
          <w:bCs/>
          <w:sz w:val="24"/>
          <w:szCs w:val="24"/>
        </w:rPr>
        <w:t>OBVESTILO TEKMOVALCEM</w:t>
      </w:r>
    </w:p>
    <w:p w14:paraId="13E28531" w14:textId="77777777" w:rsidR="00BA65A1" w:rsidRPr="00BA65A1" w:rsidRDefault="00BA65A1" w:rsidP="00BA65A1">
      <w:pPr>
        <w:rPr>
          <w:rFonts w:asciiTheme="majorHAnsi" w:hAnsiTheme="majorHAnsi" w:cstheme="majorHAnsi"/>
          <w:sz w:val="24"/>
          <w:szCs w:val="24"/>
        </w:rPr>
      </w:pPr>
      <w:r w:rsidRPr="00BA65A1">
        <w:rPr>
          <w:rFonts w:asciiTheme="majorHAnsi" w:hAnsiTheme="majorHAnsi" w:cstheme="majorHAnsi"/>
          <w:sz w:val="24"/>
          <w:szCs w:val="24"/>
        </w:rPr>
        <w:t xml:space="preserve">Prosimo vse vodje ekip in posameznike, da organizatorju </w:t>
      </w:r>
      <w:r w:rsidRPr="00BA65A1">
        <w:rPr>
          <w:rFonts w:asciiTheme="majorHAnsi" w:hAnsiTheme="majorHAnsi" w:cstheme="majorHAnsi"/>
          <w:b/>
          <w:bCs/>
          <w:sz w:val="24"/>
          <w:szCs w:val="24"/>
        </w:rPr>
        <w:t>najkasneje tri dni pred tekmovanjem sporočijo morebitne odpovedi oziroma odsotnosti tekmovalcev</w:t>
      </w:r>
      <w:r w:rsidRPr="00BA65A1">
        <w:rPr>
          <w:rFonts w:asciiTheme="majorHAnsi" w:hAnsiTheme="majorHAnsi" w:cstheme="majorHAnsi"/>
          <w:sz w:val="24"/>
          <w:szCs w:val="24"/>
        </w:rPr>
        <w:t>.</w:t>
      </w:r>
    </w:p>
    <w:p w14:paraId="741C6CFC" w14:textId="77777777" w:rsidR="00BA65A1" w:rsidRPr="00BA65A1" w:rsidRDefault="00BA65A1" w:rsidP="00BA65A1">
      <w:pPr>
        <w:rPr>
          <w:rFonts w:asciiTheme="majorHAnsi" w:hAnsiTheme="majorHAnsi" w:cstheme="majorHAnsi"/>
          <w:sz w:val="24"/>
          <w:szCs w:val="24"/>
        </w:rPr>
      </w:pPr>
      <w:r w:rsidRPr="00BA65A1">
        <w:rPr>
          <w:rFonts w:asciiTheme="majorHAnsi" w:hAnsiTheme="majorHAnsi" w:cstheme="majorHAnsi"/>
          <w:sz w:val="24"/>
          <w:szCs w:val="24"/>
        </w:rPr>
        <w:t>Število čolnov in njihovo razporeditev organizator pripravi glede na predvideno število udeležencev, zato vas prosimo, da nas o spremembah obvestite pravočasno, da po nepotrebnem ne zagotavljamo dodatnih čolnov.</w:t>
      </w:r>
    </w:p>
    <w:p w14:paraId="4B0C6EAA" w14:textId="77777777" w:rsidR="00F76A87" w:rsidRPr="00F76A87" w:rsidRDefault="00F76A87" w:rsidP="00F76A87">
      <w:pPr>
        <w:rPr>
          <w:rFonts w:asciiTheme="majorHAnsi" w:hAnsiTheme="majorHAnsi" w:cstheme="majorHAnsi"/>
          <w:sz w:val="24"/>
          <w:szCs w:val="24"/>
        </w:rPr>
      </w:pPr>
      <w:r w:rsidRPr="00F76A87">
        <w:rPr>
          <w:rFonts w:asciiTheme="majorHAnsi" w:hAnsiTheme="majorHAnsi" w:cstheme="majorHAnsi"/>
          <w:b/>
          <w:bCs/>
          <w:sz w:val="24"/>
          <w:szCs w:val="24"/>
        </w:rPr>
        <w:t>Tekmovanje poteka na lastno odgovornost.</w:t>
      </w:r>
    </w:p>
    <w:p w14:paraId="312BE7BF" w14:textId="77777777" w:rsidR="00CC1738" w:rsidRPr="00F76A87" w:rsidRDefault="00000000">
      <w:pPr>
        <w:rPr>
          <w:rFonts w:asciiTheme="majorHAnsi" w:hAnsiTheme="majorHAnsi" w:cstheme="majorHAnsi"/>
          <w:sz w:val="24"/>
          <w:szCs w:val="24"/>
        </w:rPr>
      </w:pPr>
      <w:r w:rsidRPr="00F76A87">
        <w:rPr>
          <w:rFonts w:asciiTheme="majorHAnsi" w:hAnsiTheme="majorHAnsi" w:cstheme="majorHAnsi"/>
          <w:sz w:val="24"/>
          <w:szCs w:val="24"/>
        </w:rPr>
        <w:br/>
        <w:t xml:space="preserve">Dober prijem! </w:t>
      </w:r>
      <w:r w:rsidRPr="00F76A87">
        <w:rPr>
          <w:rFonts w:ascii="Segoe UI Emoji" w:hAnsi="Segoe UI Emoji" w:cs="Segoe UI Emoji"/>
          <w:sz w:val="24"/>
          <w:szCs w:val="24"/>
        </w:rPr>
        <w:t>🎣</w:t>
      </w:r>
    </w:p>
    <w:p w14:paraId="03F9A22E" w14:textId="77777777" w:rsidR="000B4726" w:rsidRPr="00F76A87" w:rsidRDefault="000B4726">
      <w:pPr>
        <w:rPr>
          <w:rFonts w:asciiTheme="majorHAnsi" w:hAnsiTheme="majorHAnsi" w:cstheme="majorHAnsi"/>
          <w:sz w:val="24"/>
          <w:szCs w:val="24"/>
        </w:rPr>
      </w:pPr>
    </w:p>
    <w:p w14:paraId="2556565A" w14:textId="77777777" w:rsidR="000B4726" w:rsidRPr="00F76A87" w:rsidRDefault="000B4726">
      <w:pPr>
        <w:rPr>
          <w:rFonts w:asciiTheme="majorHAnsi" w:hAnsiTheme="majorHAnsi" w:cstheme="majorHAnsi"/>
          <w:sz w:val="24"/>
          <w:szCs w:val="24"/>
        </w:rPr>
      </w:pPr>
    </w:p>
    <w:p w14:paraId="7C6655D6" w14:textId="0C398FA7" w:rsidR="00CC1738" w:rsidRDefault="00000000">
      <w:pPr>
        <w:rPr>
          <w:rFonts w:asciiTheme="majorHAnsi" w:hAnsiTheme="majorHAnsi" w:cstheme="majorHAnsi"/>
          <w:sz w:val="24"/>
          <w:szCs w:val="24"/>
        </w:rPr>
      </w:pPr>
      <w:r w:rsidRPr="00F76A87">
        <w:rPr>
          <w:rFonts w:asciiTheme="majorHAnsi" w:hAnsiTheme="majorHAnsi" w:cstheme="majorHAnsi"/>
          <w:sz w:val="24"/>
          <w:szCs w:val="24"/>
        </w:rPr>
        <w:t>Tolmin, 16. september 202</w:t>
      </w:r>
      <w:r w:rsidR="00F76A87" w:rsidRPr="00F76A87">
        <w:rPr>
          <w:rFonts w:asciiTheme="majorHAnsi" w:hAnsiTheme="majorHAnsi" w:cstheme="majorHAnsi"/>
          <w:sz w:val="24"/>
          <w:szCs w:val="24"/>
        </w:rPr>
        <w:t>6</w:t>
      </w:r>
      <w:r w:rsidR="000B4726" w:rsidRPr="00F76A87">
        <w:rPr>
          <w:rFonts w:asciiTheme="majorHAnsi" w:hAnsiTheme="majorHAnsi" w:cstheme="majorHAnsi"/>
          <w:sz w:val="24"/>
          <w:szCs w:val="24"/>
        </w:rPr>
        <w:t xml:space="preserve">                                                                                                    RD TOLMIN</w:t>
      </w:r>
    </w:p>
    <w:p w14:paraId="58BB668A" w14:textId="77777777" w:rsidR="004C704D" w:rsidRDefault="004C704D">
      <w:pPr>
        <w:rPr>
          <w:rFonts w:asciiTheme="majorHAnsi" w:hAnsiTheme="majorHAnsi" w:cstheme="majorHAnsi"/>
          <w:sz w:val="24"/>
          <w:szCs w:val="24"/>
        </w:rPr>
      </w:pPr>
    </w:p>
    <w:p w14:paraId="0F3A4A60" w14:textId="77777777" w:rsidR="004C704D" w:rsidRDefault="004C704D">
      <w:pPr>
        <w:rPr>
          <w:rFonts w:asciiTheme="majorHAnsi" w:hAnsiTheme="majorHAnsi" w:cstheme="majorHAnsi"/>
          <w:sz w:val="24"/>
          <w:szCs w:val="24"/>
        </w:rPr>
      </w:pPr>
    </w:p>
    <w:p w14:paraId="236E6553"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JEZERO MOST NA SOČI 2026</w:t>
      </w:r>
    </w:p>
    <w:p w14:paraId="5D31DFF1" w14:textId="77777777" w:rsidR="004C704D" w:rsidRPr="004C704D" w:rsidRDefault="004C704D" w:rsidP="004C704D">
      <w:pPr>
        <w:rPr>
          <w:rFonts w:asciiTheme="majorHAnsi" w:hAnsiTheme="majorHAnsi" w:cstheme="majorHAnsi"/>
          <w:sz w:val="24"/>
          <w:szCs w:val="24"/>
        </w:rPr>
      </w:pPr>
    </w:p>
    <w:p w14:paraId="5D6902A1" w14:textId="77777777" w:rsidR="004C704D" w:rsidRPr="004C704D" w:rsidRDefault="004C704D" w:rsidP="004C704D">
      <w:pPr>
        <w:rPr>
          <w:rFonts w:asciiTheme="majorHAnsi" w:hAnsiTheme="majorHAnsi" w:cstheme="majorHAnsi"/>
          <w:sz w:val="24"/>
          <w:szCs w:val="24"/>
        </w:rPr>
      </w:pPr>
      <w:proofErr w:type="spellStart"/>
      <w:r w:rsidRPr="004C704D">
        <w:rPr>
          <w:rFonts w:asciiTheme="majorHAnsi" w:hAnsiTheme="majorHAnsi" w:cstheme="majorHAnsi"/>
          <w:sz w:val="24"/>
          <w:szCs w:val="24"/>
        </w:rPr>
        <w:t>Časovnica</w:t>
      </w:r>
      <w:proofErr w:type="spellEnd"/>
      <w:r w:rsidRPr="004C704D">
        <w:rPr>
          <w:rFonts w:asciiTheme="majorHAnsi" w:hAnsiTheme="majorHAnsi" w:cstheme="majorHAnsi"/>
          <w:sz w:val="24"/>
          <w:szCs w:val="24"/>
        </w:rPr>
        <w:t>:</w:t>
      </w:r>
    </w:p>
    <w:p w14:paraId="2096D1C7"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7.30-8.00 zbor + žreb</w:t>
      </w:r>
    </w:p>
    <w:p w14:paraId="54FA795D"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8.40-8.45 odhod na čolne</w:t>
      </w:r>
    </w:p>
    <w:p w14:paraId="280EB5DC"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8.45-9.00 vožnja na traso</w:t>
      </w:r>
    </w:p>
    <w:p w14:paraId="576380ED"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9.00-9.45 </w:t>
      </w:r>
      <w:r w:rsidRPr="004C704D">
        <w:rPr>
          <w:rFonts w:asciiTheme="majorHAnsi" w:hAnsiTheme="majorHAnsi" w:cstheme="majorHAnsi"/>
          <w:b/>
          <w:bCs/>
          <w:sz w:val="24"/>
          <w:szCs w:val="24"/>
        </w:rPr>
        <w:t>prvi del tekmovanja</w:t>
      </w:r>
    </w:p>
    <w:p w14:paraId="1F55F34B"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9.45-10.00 premik</w:t>
      </w:r>
    </w:p>
    <w:p w14:paraId="3F634D00"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10.00-10.45 </w:t>
      </w:r>
      <w:r w:rsidRPr="004C704D">
        <w:rPr>
          <w:rFonts w:asciiTheme="majorHAnsi" w:hAnsiTheme="majorHAnsi" w:cstheme="majorHAnsi"/>
          <w:b/>
          <w:bCs/>
          <w:sz w:val="24"/>
          <w:szCs w:val="24"/>
        </w:rPr>
        <w:t>drugi del tekmovanja</w:t>
      </w:r>
    </w:p>
    <w:p w14:paraId="5F8DE126"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lastRenderedPageBreak/>
        <w:t>10.45-11.00 premik</w:t>
      </w:r>
    </w:p>
    <w:p w14:paraId="61035B13"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11.00-11.45 </w:t>
      </w:r>
      <w:r w:rsidRPr="004C704D">
        <w:rPr>
          <w:rFonts w:asciiTheme="majorHAnsi" w:hAnsiTheme="majorHAnsi" w:cstheme="majorHAnsi"/>
          <w:b/>
          <w:bCs/>
          <w:sz w:val="24"/>
          <w:szCs w:val="24"/>
        </w:rPr>
        <w:t>tretji del tekmovanja</w:t>
      </w:r>
    </w:p>
    <w:p w14:paraId="58C9D3CC"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11.45-12.40 glavni odmor</w:t>
      </w:r>
    </w:p>
    <w:p w14:paraId="51CF2887"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12.40-12.45 odhod na čolne</w:t>
      </w:r>
    </w:p>
    <w:p w14:paraId="1352A0B5"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12.45-13.00 vožnja na traso</w:t>
      </w:r>
    </w:p>
    <w:p w14:paraId="63EBF52D"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13.00-13.45 </w:t>
      </w:r>
      <w:r w:rsidRPr="004C704D">
        <w:rPr>
          <w:rFonts w:asciiTheme="majorHAnsi" w:hAnsiTheme="majorHAnsi" w:cstheme="majorHAnsi"/>
          <w:b/>
          <w:bCs/>
          <w:sz w:val="24"/>
          <w:szCs w:val="24"/>
        </w:rPr>
        <w:t>četrti del tekmovanja</w:t>
      </w:r>
    </w:p>
    <w:p w14:paraId="6E29ACBE"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13.45-14.00 premik</w:t>
      </w:r>
    </w:p>
    <w:p w14:paraId="4FD4D65B"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14.00-14.45 </w:t>
      </w:r>
      <w:r w:rsidRPr="004C704D">
        <w:rPr>
          <w:rFonts w:asciiTheme="majorHAnsi" w:hAnsiTheme="majorHAnsi" w:cstheme="majorHAnsi"/>
          <w:b/>
          <w:bCs/>
          <w:sz w:val="24"/>
          <w:szCs w:val="24"/>
        </w:rPr>
        <w:t>peti del tekmovanja</w:t>
      </w:r>
    </w:p>
    <w:p w14:paraId="3330391A"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14.45-15.00 premik</w:t>
      </w:r>
    </w:p>
    <w:p w14:paraId="5C0B5E54"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15.00-15.45 – </w:t>
      </w:r>
      <w:r w:rsidRPr="004C704D">
        <w:rPr>
          <w:rFonts w:asciiTheme="majorHAnsi" w:hAnsiTheme="majorHAnsi" w:cstheme="majorHAnsi"/>
          <w:b/>
          <w:bCs/>
          <w:sz w:val="24"/>
          <w:szCs w:val="24"/>
        </w:rPr>
        <w:t>šesti del tekmovanja</w:t>
      </w:r>
    </w:p>
    <w:p w14:paraId="3B2EAC16"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15.45 zaključek ribolova</w:t>
      </w:r>
    </w:p>
    <w:p w14:paraId="088C8D3B" w14:textId="77777777" w:rsidR="004C704D" w:rsidRPr="004C704D" w:rsidRDefault="004C704D" w:rsidP="004C704D">
      <w:pPr>
        <w:rPr>
          <w:rFonts w:asciiTheme="majorHAnsi" w:hAnsiTheme="majorHAnsi" w:cstheme="majorHAnsi"/>
          <w:sz w:val="24"/>
          <w:szCs w:val="24"/>
        </w:rPr>
      </w:pPr>
    </w:p>
    <w:p w14:paraId="1312BD9E"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Navodila in točkovanje:</w:t>
      </w:r>
    </w:p>
    <w:p w14:paraId="51011E2E"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Tekmujejo vsi tekmovalci, čolni so označeni s številkami 1-12, mesta na čolnu pa s številkami 1 (dopoldan lovi </w:t>
      </w:r>
      <w:proofErr w:type="spellStart"/>
      <w:r w:rsidRPr="004C704D">
        <w:rPr>
          <w:rFonts w:asciiTheme="majorHAnsi" w:hAnsiTheme="majorHAnsi" w:cstheme="majorHAnsi"/>
          <w:sz w:val="24"/>
          <w:szCs w:val="24"/>
        </w:rPr>
        <w:t>lovi</w:t>
      </w:r>
      <w:proofErr w:type="spellEnd"/>
      <w:r w:rsidRPr="004C704D">
        <w:rPr>
          <w:rFonts w:asciiTheme="majorHAnsi" w:hAnsiTheme="majorHAnsi" w:cstheme="majorHAnsi"/>
          <w:sz w:val="24"/>
          <w:szCs w:val="24"/>
        </w:rPr>
        <w:t xml:space="preserve"> sodi), 2 (dopoldan lovi sodi lovi) in 3 (dopoldan sodi lovi lovi). Na vsakem čolnu je lahko zgolj tekmovalec ene iste ekipe. Ves čas tekmovanja na istem čolnu ostanejo isti trije tekmovalci, v primeru, da je število tekmovalcev različno od 36, 33, 30 </w:t>
      </w:r>
      <w:proofErr w:type="spellStart"/>
      <w:r w:rsidRPr="004C704D">
        <w:rPr>
          <w:rFonts w:asciiTheme="majorHAnsi" w:hAnsiTheme="majorHAnsi" w:cstheme="majorHAnsi"/>
          <w:sz w:val="24"/>
          <w:szCs w:val="24"/>
        </w:rPr>
        <w:t>itd</w:t>
      </w:r>
      <w:proofErr w:type="spellEnd"/>
      <w:r w:rsidRPr="004C704D">
        <w:rPr>
          <w:rFonts w:asciiTheme="majorHAnsi" w:hAnsiTheme="majorHAnsi" w:cstheme="majorHAnsi"/>
          <w:sz w:val="24"/>
          <w:szCs w:val="24"/>
        </w:rPr>
        <w:t>, mora organizator zagotoviti eno osebo na čoln, ki pa nikoli ne lovi. Žreba se tako, da se od prve ekipe dalje tekmovalce najprej razdeli po različnih čolnih, nato pa še na točno določeno mesto na čolnu, ki pa se spreminja vsak obrat. Čolni bodo označeni s številkami že pred žrebom.</w:t>
      </w:r>
    </w:p>
    <w:p w14:paraId="32EFA500"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 xml:space="preserve">Dopoldan tekmovalec ena LOVI, LOVI in SODI, popoldan pa najprej SODI, LOVI </w:t>
      </w:r>
      <w:proofErr w:type="spellStart"/>
      <w:r w:rsidRPr="004C704D">
        <w:rPr>
          <w:rFonts w:asciiTheme="majorHAnsi" w:hAnsiTheme="majorHAnsi" w:cstheme="majorHAnsi"/>
          <w:sz w:val="24"/>
          <w:szCs w:val="24"/>
        </w:rPr>
        <w:t>LOVI</w:t>
      </w:r>
      <w:proofErr w:type="spellEnd"/>
      <w:r w:rsidRPr="004C704D">
        <w:rPr>
          <w:rFonts w:asciiTheme="majorHAnsi" w:hAnsiTheme="majorHAnsi" w:cstheme="majorHAnsi"/>
          <w:sz w:val="24"/>
          <w:szCs w:val="24"/>
        </w:rPr>
        <w:t>. Kapetan čolna je prvi in peti obrat. Tekmovalec dve dopoldan LOVI, SODI, LOVI, popoldan pa tudi LOVI, SODI, LOVI. Kapetan je tretji in šesti obrat. Tekmovalec tri pa dopoldan SODI, LOVI, LOVI, popoldan pa LOVI, LOVI, SODI in je kapetan drugi ter četrti rezultat. Na čolnu tako vsak lovi z vsakim v paru in tudi vsak je v tem paru enkrat kapetan. Od šestih obratov tekmovanja vsak lovi štiri obrate, dva pa sodi. Ne glede na to lahko premike čolna opravi KATERIKOLI tekmovalec/sodnik na čolnu. Tekmuje so pa pravilih FIPS – zgolj nekaj pomembnejših dejstev:</w:t>
      </w:r>
    </w:p>
    <w:p w14:paraId="2E99C61F" w14:textId="77777777" w:rsidR="004C704D" w:rsidRPr="004C704D" w:rsidRDefault="004C704D" w:rsidP="004C704D">
      <w:pPr>
        <w:rPr>
          <w:rFonts w:asciiTheme="majorHAnsi" w:hAnsiTheme="majorHAnsi" w:cstheme="majorHAnsi"/>
          <w:sz w:val="24"/>
          <w:szCs w:val="24"/>
        </w:rPr>
      </w:pPr>
    </w:p>
    <w:p w14:paraId="5C5253EC" w14:textId="77777777" w:rsidR="004C704D" w:rsidRPr="004C704D" w:rsidRDefault="004C704D" w:rsidP="004C704D">
      <w:pPr>
        <w:numPr>
          <w:ilvl w:val="0"/>
          <w:numId w:val="10"/>
        </w:numPr>
        <w:rPr>
          <w:rFonts w:asciiTheme="majorHAnsi" w:hAnsiTheme="majorHAnsi" w:cstheme="majorHAnsi"/>
          <w:sz w:val="24"/>
          <w:szCs w:val="24"/>
        </w:rPr>
      </w:pPr>
      <w:r w:rsidRPr="004C704D">
        <w:rPr>
          <w:rFonts w:asciiTheme="majorHAnsi" w:hAnsiTheme="majorHAnsi" w:cstheme="majorHAnsi"/>
          <w:sz w:val="24"/>
          <w:szCs w:val="24"/>
        </w:rPr>
        <w:t>Lovi se samo, ko čoln miruje, med premiki ribolov ni dovoljen, razen, če se premika s tokom vode ali vetra.</w:t>
      </w:r>
    </w:p>
    <w:p w14:paraId="5D6A7B92" w14:textId="77777777" w:rsidR="004C704D" w:rsidRPr="004C704D" w:rsidRDefault="004C704D" w:rsidP="004C704D">
      <w:pPr>
        <w:numPr>
          <w:ilvl w:val="0"/>
          <w:numId w:val="10"/>
        </w:numPr>
        <w:rPr>
          <w:rFonts w:asciiTheme="majorHAnsi" w:hAnsiTheme="majorHAnsi" w:cstheme="majorHAnsi"/>
          <w:sz w:val="24"/>
          <w:szCs w:val="24"/>
        </w:rPr>
      </w:pPr>
      <w:r w:rsidRPr="004C704D">
        <w:rPr>
          <w:rFonts w:asciiTheme="majorHAnsi" w:hAnsiTheme="majorHAnsi" w:cstheme="majorHAnsi"/>
          <w:sz w:val="24"/>
          <w:szCs w:val="24"/>
        </w:rPr>
        <w:t>Lovi se samo v sede, v sede se meče in v sede se zajema ribo. Vsak lahko zajame zgolj svojo ribo, sodnik ne sme zajeti ribe kakšnemu tekmovalcu. Vstajanje v čolnu je dovoljeno, ampak ta tekmovalec ob tem ne sme loviti. Prepovedano je zajemanje ribe v stoje.</w:t>
      </w:r>
    </w:p>
    <w:p w14:paraId="59136D06" w14:textId="77777777" w:rsidR="004C704D" w:rsidRPr="004C704D" w:rsidRDefault="004C704D" w:rsidP="004C704D">
      <w:pPr>
        <w:numPr>
          <w:ilvl w:val="0"/>
          <w:numId w:val="10"/>
        </w:numPr>
        <w:rPr>
          <w:rFonts w:asciiTheme="majorHAnsi" w:hAnsiTheme="majorHAnsi" w:cstheme="majorHAnsi"/>
          <w:sz w:val="24"/>
          <w:szCs w:val="24"/>
        </w:rPr>
      </w:pPr>
      <w:r w:rsidRPr="004C704D">
        <w:rPr>
          <w:rFonts w:asciiTheme="majorHAnsi" w:hAnsiTheme="majorHAnsi" w:cstheme="majorHAnsi"/>
          <w:sz w:val="24"/>
          <w:szCs w:val="24"/>
        </w:rPr>
        <w:t>Minimalna razdalja na jezeru med čolni je 50m</w:t>
      </w:r>
    </w:p>
    <w:p w14:paraId="594A68FA" w14:textId="77777777" w:rsidR="004C704D" w:rsidRPr="004C704D" w:rsidRDefault="004C704D" w:rsidP="004C704D">
      <w:pPr>
        <w:numPr>
          <w:ilvl w:val="0"/>
          <w:numId w:val="10"/>
        </w:numPr>
        <w:rPr>
          <w:rFonts w:asciiTheme="majorHAnsi" w:hAnsiTheme="majorHAnsi" w:cstheme="majorHAnsi"/>
          <w:sz w:val="24"/>
          <w:szCs w:val="24"/>
        </w:rPr>
      </w:pPr>
      <w:r w:rsidRPr="004C704D">
        <w:rPr>
          <w:rFonts w:asciiTheme="majorHAnsi" w:hAnsiTheme="majorHAnsi" w:cstheme="majorHAnsi"/>
          <w:sz w:val="24"/>
          <w:szCs w:val="24"/>
        </w:rPr>
        <w:t>Tekmovalca sedita na čolnu kjer določi kapetan in morata metati v poljubno (levo ali desno), ampak ISTO smer ves čas tekmovanja. Morebitni veter na jezeru imajo tekmovalci lahko zgolj v hrbet.</w:t>
      </w:r>
    </w:p>
    <w:p w14:paraId="16AA2AF2" w14:textId="77777777" w:rsidR="004C704D" w:rsidRPr="004C704D" w:rsidRDefault="004C704D" w:rsidP="004C704D">
      <w:pPr>
        <w:numPr>
          <w:ilvl w:val="0"/>
          <w:numId w:val="10"/>
        </w:numPr>
        <w:rPr>
          <w:rFonts w:asciiTheme="majorHAnsi" w:hAnsiTheme="majorHAnsi" w:cstheme="majorHAnsi"/>
          <w:sz w:val="24"/>
          <w:szCs w:val="24"/>
        </w:rPr>
      </w:pPr>
      <w:r w:rsidRPr="004C704D">
        <w:rPr>
          <w:rFonts w:asciiTheme="majorHAnsi" w:hAnsiTheme="majorHAnsi" w:cstheme="majorHAnsi"/>
          <w:sz w:val="24"/>
          <w:szCs w:val="24"/>
        </w:rPr>
        <w:t xml:space="preserve">Vsak tekmovalec ima na čolnu lahko največ dve palici, vendar mora biti druga razstavljena in pospravljena, brez pritrjenega koleščka. </w:t>
      </w:r>
    </w:p>
    <w:p w14:paraId="193E3D83" w14:textId="77777777" w:rsidR="004C704D" w:rsidRPr="004C704D" w:rsidRDefault="004C704D" w:rsidP="004C704D">
      <w:pPr>
        <w:rPr>
          <w:rFonts w:asciiTheme="majorHAnsi" w:hAnsiTheme="majorHAnsi" w:cstheme="majorHAnsi"/>
          <w:sz w:val="24"/>
          <w:szCs w:val="24"/>
        </w:rPr>
      </w:pPr>
    </w:p>
    <w:p w14:paraId="03CA9BE4"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Točkovanje:</w:t>
      </w:r>
    </w:p>
    <w:p w14:paraId="0ECB3061"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Tekmovalec 1 lovi obrate 1, 2, 5, 6</w:t>
      </w:r>
    </w:p>
    <w:p w14:paraId="240BB5B5"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Tekmovalec 2 lovi obrate 1,3, 4, 6</w:t>
      </w:r>
    </w:p>
    <w:p w14:paraId="7046AAA1"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Tekmovalec 3 lovi obrate 2, 3, 4, 5.</w:t>
      </w:r>
    </w:p>
    <w:p w14:paraId="620CE66F" w14:textId="77777777" w:rsidR="004C704D" w:rsidRPr="004C704D" w:rsidRDefault="004C704D" w:rsidP="004C704D">
      <w:pPr>
        <w:rPr>
          <w:rFonts w:asciiTheme="majorHAnsi" w:hAnsiTheme="majorHAnsi" w:cstheme="majorHAnsi"/>
          <w:sz w:val="24"/>
          <w:szCs w:val="24"/>
        </w:rPr>
      </w:pPr>
    </w:p>
    <w:p w14:paraId="23F12B95" w14:textId="77777777" w:rsidR="004C704D" w:rsidRPr="004C704D" w:rsidRDefault="004C704D" w:rsidP="004C704D">
      <w:pPr>
        <w:rPr>
          <w:rFonts w:asciiTheme="majorHAnsi" w:hAnsiTheme="majorHAnsi" w:cstheme="majorHAnsi"/>
          <w:sz w:val="24"/>
          <w:szCs w:val="24"/>
        </w:rPr>
      </w:pPr>
      <w:r w:rsidRPr="004C704D">
        <w:rPr>
          <w:rFonts w:asciiTheme="majorHAnsi" w:hAnsiTheme="majorHAnsi" w:cstheme="majorHAnsi"/>
          <w:sz w:val="24"/>
          <w:szCs w:val="24"/>
        </w:rPr>
        <w:t>Točkuje se po enakovrednem sistemu za vse tekmovalce. Torej vsaka riba 100 točk, vsak centimeter 20 točk … Sistem parni/neparni tukaj ne velja. Dobijo se rezultati posamezno 1-36 in po istem ključu tudi ekipni rezultati.</w:t>
      </w:r>
    </w:p>
    <w:p w14:paraId="40A37E23" w14:textId="77777777" w:rsidR="004C704D" w:rsidRPr="00F76A87" w:rsidRDefault="004C704D">
      <w:pPr>
        <w:rPr>
          <w:rFonts w:asciiTheme="majorHAnsi" w:hAnsiTheme="majorHAnsi" w:cstheme="majorHAnsi"/>
          <w:sz w:val="24"/>
          <w:szCs w:val="24"/>
        </w:rPr>
      </w:pPr>
    </w:p>
    <w:sectPr w:rsidR="004C704D" w:rsidRPr="00F76A87" w:rsidSect="007923B7">
      <w:type w:val="continuous"/>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651FD" w14:textId="77777777" w:rsidR="00436539" w:rsidRPr="00F80CBA" w:rsidRDefault="00436539" w:rsidP="000B4726">
      <w:pPr>
        <w:spacing w:after="0" w:line="240" w:lineRule="auto"/>
      </w:pPr>
      <w:r w:rsidRPr="00F80CBA">
        <w:separator/>
      </w:r>
    </w:p>
  </w:endnote>
  <w:endnote w:type="continuationSeparator" w:id="0">
    <w:p w14:paraId="481FA4E8" w14:textId="77777777" w:rsidR="00436539" w:rsidRPr="00F80CBA" w:rsidRDefault="00436539" w:rsidP="000B4726">
      <w:pPr>
        <w:spacing w:after="0" w:line="240" w:lineRule="auto"/>
      </w:pPr>
      <w:r w:rsidRPr="00F80C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22EE" w14:textId="6062E1ED" w:rsidR="007923B7" w:rsidRPr="00F80CBA" w:rsidRDefault="007923B7">
    <w:pPr>
      <w:pStyle w:val="Noga"/>
    </w:pPr>
    <w:r w:rsidRPr="00F80CBA">
      <w:rPr>
        <w:b/>
        <w:noProof/>
        <w:sz w:val="20"/>
        <w:szCs w:val="20"/>
      </w:rPr>
      <w:drawing>
        <wp:anchor distT="0" distB="0" distL="114300" distR="114300" simplePos="0" relativeHeight="251660800" behindDoc="1" locked="0" layoutInCell="1" allowOverlap="1" wp14:anchorId="7D3FD159" wp14:editId="75D93DDE">
          <wp:simplePos x="0" y="0"/>
          <wp:positionH relativeFrom="column">
            <wp:posOffset>1782445</wp:posOffset>
          </wp:positionH>
          <wp:positionV relativeFrom="paragraph">
            <wp:posOffset>-457200</wp:posOffset>
          </wp:positionV>
          <wp:extent cx="2392680" cy="1691080"/>
          <wp:effectExtent l="0" t="0" r="7620" b="4445"/>
          <wp:wrapNone/>
          <wp:docPr id="7867532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23767" name="Slika 2016423767"/>
                  <pic:cNvPicPr/>
                </pic:nvPicPr>
                <pic:blipFill>
                  <a:blip r:embed="rId1"/>
                  <a:stretch>
                    <a:fillRect/>
                  </a:stretch>
                </pic:blipFill>
                <pic:spPr>
                  <a:xfrm>
                    <a:off x="0" y="0"/>
                    <a:ext cx="2392680" cy="1691080"/>
                  </a:xfrm>
                  <a:prstGeom prst="rect">
                    <a:avLst/>
                  </a:prstGeom>
                </pic:spPr>
              </pic:pic>
            </a:graphicData>
          </a:graphic>
          <wp14:sizeRelH relativeFrom="margin">
            <wp14:pctWidth>0</wp14:pctWidth>
          </wp14:sizeRelH>
          <wp14:sizeRelV relativeFrom="margin">
            <wp14:pctHeight>0</wp14:pctHeight>
          </wp14:sizeRelV>
        </wp:anchor>
      </w:drawing>
    </w:r>
  </w:p>
  <w:p w14:paraId="2D88E916" w14:textId="19C2C742" w:rsidR="007923B7" w:rsidRPr="00F80CBA" w:rsidRDefault="007923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AD140" w14:textId="77777777" w:rsidR="00436539" w:rsidRPr="00F80CBA" w:rsidRDefault="00436539" w:rsidP="000B4726">
      <w:pPr>
        <w:spacing w:after="0" w:line="240" w:lineRule="auto"/>
      </w:pPr>
      <w:r w:rsidRPr="00F80CBA">
        <w:separator/>
      </w:r>
    </w:p>
  </w:footnote>
  <w:footnote w:type="continuationSeparator" w:id="0">
    <w:p w14:paraId="3FC80287" w14:textId="77777777" w:rsidR="00436539" w:rsidRPr="00F80CBA" w:rsidRDefault="00436539" w:rsidP="000B4726">
      <w:pPr>
        <w:spacing w:after="0" w:line="240" w:lineRule="auto"/>
      </w:pPr>
      <w:r w:rsidRPr="00F80C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D6E0C" w14:textId="77777777" w:rsidR="000B4726" w:rsidRPr="00F80CBA" w:rsidRDefault="000B4726" w:rsidP="000B4726">
    <w:pPr>
      <w:spacing w:after="0"/>
      <w:jc w:val="right"/>
    </w:pPr>
    <w:r w:rsidRPr="00F80CBA">
      <w:rPr>
        <w:noProof/>
      </w:rPr>
      <w:drawing>
        <wp:anchor distT="0" distB="0" distL="114300" distR="114300" simplePos="0" relativeHeight="251659776" behindDoc="0" locked="0" layoutInCell="1" allowOverlap="1" wp14:anchorId="3C33FDAA" wp14:editId="6005E2E7">
          <wp:simplePos x="0" y="0"/>
          <wp:positionH relativeFrom="column">
            <wp:posOffset>1135380</wp:posOffset>
          </wp:positionH>
          <wp:positionV relativeFrom="paragraph">
            <wp:posOffset>7620</wp:posOffset>
          </wp:positionV>
          <wp:extent cx="678180" cy="737474"/>
          <wp:effectExtent l="0" t="0" r="7620" b="5715"/>
          <wp:wrapNone/>
          <wp:docPr id="911558372" name="Slika 1" descr="RZS_logo3">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RZS_logo3">
                    <a:extLst>
                      <a:ext uri="{FF2B5EF4-FFF2-40B4-BE49-F238E27FC236}">
                        <a16:creationId xmlns:a16="http://schemas.microsoft.com/office/drawing/2014/main" id="{00000000-0008-0000-0000-00000200000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180" cy="737474"/>
                  </a:xfrm>
                  <a:prstGeom prst="rect">
                    <a:avLst/>
                  </a:prstGeom>
                  <a:noFill/>
                </pic:spPr>
              </pic:pic>
            </a:graphicData>
          </a:graphic>
          <wp14:sizeRelH relativeFrom="margin">
            <wp14:pctWidth>0</wp14:pctWidth>
          </wp14:sizeRelH>
          <wp14:sizeRelV relativeFrom="margin">
            <wp14:pctHeight>0</wp14:pctHeight>
          </wp14:sizeRelV>
        </wp:anchor>
      </w:drawing>
    </w:r>
    <w:r w:rsidRPr="00F80CBA">
      <w:t>RIBIŠKA ZVEZA SLOVENIJE</w:t>
    </w:r>
  </w:p>
  <w:p w14:paraId="24937D8E" w14:textId="77777777" w:rsidR="000B4726" w:rsidRPr="00F80CBA" w:rsidRDefault="000B4726" w:rsidP="000B4726">
    <w:pPr>
      <w:spacing w:after="0"/>
      <w:jc w:val="right"/>
    </w:pPr>
    <w:r w:rsidRPr="00F80CBA">
      <w:t>Tržaška cesta 134, 1000 Ljubljana</w:t>
    </w:r>
  </w:p>
  <w:p w14:paraId="49447718" w14:textId="77777777" w:rsidR="000B4726" w:rsidRPr="00F80CBA" w:rsidRDefault="000B4726" w:rsidP="000B4726">
    <w:pPr>
      <w:spacing w:after="0"/>
      <w:jc w:val="right"/>
    </w:pPr>
    <w:r w:rsidRPr="00F80CBA">
      <w:t>Telefon: 01 256 12 94 · Faks: 01 256 12 95</w:t>
    </w:r>
  </w:p>
  <w:p w14:paraId="5E9023EF" w14:textId="5B0AAC68" w:rsidR="000B4726" w:rsidRPr="00F80CBA" w:rsidRDefault="000B4726" w:rsidP="007923B7">
    <w:pPr>
      <w:spacing w:after="0"/>
      <w:jc w:val="right"/>
    </w:pPr>
    <w:r w:rsidRPr="00F80CBA">
      <w:t>E-naslov: tajnistvo.rzs@ribiska-zveza.si</w:t>
    </w:r>
  </w:p>
  <w:p w14:paraId="5C471338" w14:textId="1238A27D" w:rsidR="000B4726" w:rsidRPr="00F80CBA" w:rsidRDefault="000B472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abstractNum w:abstractNumId="9" w15:restartNumberingAfterBreak="0">
    <w:nsid w:val="11830EE8"/>
    <w:multiLevelType w:val="hybridMultilevel"/>
    <w:tmpl w:val="2C88B2F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16cid:durableId="1988195126">
    <w:abstractNumId w:val="8"/>
  </w:num>
  <w:num w:numId="2" w16cid:durableId="1734307665">
    <w:abstractNumId w:val="6"/>
  </w:num>
  <w:num w:numId="3" w16cid:durableId="344131753">
    <w:abstractNumId w:val="5"/>
  </w:num>
  <w:num w:numId="4" w16cid:durableId="1457061897">
    <w:abstractNumId w:val="4"/>
  </w:num>
  <w:num w:numId="5" w16cid:durableId="1978996448">
    <w:abstractNumId w:val="7"/>
  </w:num>
  <w:num w:numId="6" w16cid:durableId="474227163">
    <w:abstractNumId w:val="3"/>
  </w:num>
  <w:num w:numId="7" w16cid:durableId="1380131286">
    <w:abstractNumId w:val="2"/>
  </w:num>
  <w:num w:numId="8" w16cid:durableId="1803620025">
    <w:abstractNumId w:val="1"/>
  </w:num>
  <w:num w:numId="9" w16cid:durableId="1457286981">
    <w:abstractNumId w:val="0"/>
  </w:num>
  <w:num w:numId="10" w16cid:durableId="11241543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726"/>
    <w:rsid w:val="000E2A70"/>
    <w:rsid w:val="0015074B"/>
    <w:rsid w:val="001F005D"/>
    <w:rsid w:val="0029639D"/>
    <w:rsid w:val="00326F90"/>
    <w:rsid w:val="003A4F9A"/>
    <w:rsid w:val="00436539"/>
    <w:rsid w:val="004C704D"/>
    <w:rsid w:val="0059290B"/>
    <w:rsid w:val="0076229C"/>
    <w:rsid w:val="007923B7"/>
    <w:rsid w:val="008A327D"/>
    <w:rsid w:val="00AA1D8D"/>
    <w:rsid w:val="00B47730"/>
    <w:rsid w:val="00BA65A1"/>
    <w:rsid w:val="00CB0664"/>
    <w:rsid w:val="00CC1738"/>
    <w:rsid w:val="00F76A87"/>
    <w:rsid w:val="00F80C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E26EE"/>
  <w14:defaultImageDpi w14:val="300"/>
  <w15:docId w15:val="{EC0FE71F-A7F2-4A97-A797-A197C4A3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rPr>
      <w:lang w:val="sl-SI"/>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povezava">
    <w:name w:val="Hyperlink"/>
    <w:basedOn w:val="Privzetapisavaodstavka"/>
    <w:uiPriority w:val="99"/>
    <w:unhideWhenUsed/>
    <w:rsid w:val="000B4726"/>
    <w:rPr>
      <w:color w:val="0000FF" w:themeColor="hyperlink"/>
      <w:u w:val="single"/>
    </w:rPr>
  </w:style>
  <w:style w:type="character" w:styleId="Nerazreenaomemba">
    <w:name w:val="Unresolved Mention"/>
    <w:basedOn w:val="Privzetapisavaodstavka"/>
    <w:uiPriority w:val="99"/>
    <w:semiHidden/>
    <w:unhideWhenUsed/>
    <w:rsid w:val="000B4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edsednik@rdtolmin.si"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814</Words>
  <Characters>4640</Characters>
  <Application>Microsoft Office Word</Application>
  <DocSecurity>0</DocSecurity>
  <Lines>38</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sekretar rzs</cp:lastModifiedBy>
  <cp:revision>4</cp:revision>
  <dcterms:created xsi:type="dcterms:W3CDTF">2026-09-16T17:51:00Z</dcterms:created>
  <dcterms:modified xsi:type="dcterms:W3CDTF">2026-09-17T07:30:00Z</dcterms:modified>
  <cp:category/>
</cp:coreProperties>
</file>